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3B238F" w14:paraId="12519C98" w14:textId="77777777" w:rsidTr="00D145C9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787E9CF6" w14:textId="77777777" w:rsidR="003B238F" w:rsidRDefault="003B238F" w:rsidP="00D145C9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04844427" wp14:editId="61374C01">
                  <wp:extent cx="885825" cy="8953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2C588168" w14:textId="77777777" w:rsidR="003B238F" w:rsidRDefault="003B238F" w:rsidP="00D145C9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A693CE2" w14:textId="77777777" w:rsidR="003B238F" w:rsidRDefault="003B238F" w:rsidP="00D145C9">
            <w:pPr>
              <w:keepNext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BACĂU</w:t>
            </w:r>
          </w:p>
        </w:tc>
      </w:tr>
      <w:tr w:rsidR="003B238F" w14:paraId="744BC5D9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5FF13BAC" w14:textId="77777777" w:rsidR="003B238F" w:rsidRDefault="003B238F" w:rsidP="00D145C9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448B2820" w14:textId="77777777" w:rsidR="003B238F" w:rsidRDefault="003B238F" w:rsidP="00D145C9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298F2A05" w14:textId="77777777" w:rsidR="003B238F" w:rsidRDefault="003B238F" w:rsidP="00D145C9">
            <w:pPr>
              <w:keepNext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CONSILIUL JUDEȚEAN BACĂU</w:t>
            </w:r>
          </w:p>
        </w:tc>
      </w:tr>
      <w:tr w:rsidR="003B238F" w14:paraId="229339DB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19F21357" w14:textId="77777777" w:rsidR="003B238F" w:rsidRDefault="003B238F" w:rsidP="00D145C9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76DCADAB" w14:textId="77777777" w:rsidR="003B238F" w:rsidRDefault="003B238F" w:rsidP="00D145C9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>Cod de identificare fiscală (CIF)</w:t>
            </w:r>
          </w:p>
          <w:p w14:paraId="0AFF7AC0" w14:textId="77777777" w:rsidR="003B238F" w:rsidRDefault="003B238F" w:rsidP="00D145C9">
            <w:pPr>
              <w:keepNext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5057580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0614D485" w14:textId="77777777" w:rsidR="003B238F" w:rsidRDefault="003B238F" w:rsidP="00D145C9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6829B1B4" w14:textId="77777777" w:rsidR="003B238F" w:rsidRDefault="003B238F" w:rsidP="00D145C9">
            <w:pPr>
              <w:keepNext/>
              <w:rPr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 xml:space="preserve">Bacău, Calea Mărășești nr. 2; 0234-537.200, </w:t>
            </w:r>
            <w:hyperlink r:id="rId9" w:history="1">
              <w:r>
                <w:rPr>
                  <w:i/>
                  <w:sz w:val="18"/>
                  <w:szCs w:val="18"/>
                </w:rPr>
                <w:t>csjbacau@csjbacau.ro</w:t>
              </w:r>
            </w:hyperlink>
            <w:r>
              <w:rPr>
                <w:i/>
                <w:color w:val="7A7A7A"/>
                <w:sz w:val="18"/>
                <w:szCs w:val="18"/>
              </w:rPr>
              <w:t xml:space="preserve"> </w:t>
            </w:r>
          </w:p>
        </w:tc>
      </w:tr>
      <w:tr w:rsidR="003B238F" w14:paraId="46C0D2D5" w14:textId="77777777" w:rsidTr="00D145C9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vAlign w:val="center"/>
            <w:hideMark/>
          </w:tcPr>
          <w:p w14:paraId="051F5CE1" w14:textId="77777777" w:rsidR="003B238F" w:rsidRDefault="003B238F" w:rsidP="00D145C9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1F3AE0CF" w14:textId="77777777" w:rsidR="003B238F" w:rsidRDefault="003B238F" w:rsidP="00D145C9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30CF1A1A" w14:textId="77777777" w:rsidR="003B238F" w:rsidRDefault="003B238F" w:rsidP="00D145C9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14291411" w14:textId="77777777" w:rsidR="003B238F" w:rsidRDefault="003B238F" w:rsidP="00D145C9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06F381A2" w14:textId="77777777" w:rsidR="003B238F" w:rsidRDefault="003B238F" w:rsidP="00D145C9">
            <w:pPr>
              <w:keepNext/>
            </w:pPr>
          </w:p>
        </w:tc>
      </w:tr>
      <w:tr w:rsidR="003B238F" w14:paraId="3561D063" w14:textId="77777777" w:rsidTr="00D145C9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E650AF2" w14:textId="77777777" w:rsidR="003B238F" w:rsidRDefault="003B238F" w:rsidP="00D145C9">
            <w:pPr>
              <w:rPr>
                <w:lang w:val="fr-FR"/>
              </w:rPr>
            </w:pPr>
            <w:r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0F5A4CDF" w14:textId="77777777" w:rsidR="00A11ECC" w:rsidRPr="00182EDC" w:rsidRDefault="00403698">
      <w:pPr>
        <w:spacing w:before="140" w:after="40"/>
        <w:jc w:val="center"/>
        <w:rPr>
          <w:sz w:val="28"/>
          <w:szCs w:val="28"/>
        </w:rPr>
      </w:pPr>
      <w:bookmarkStart w:id="0" w:name="_GoBack"/>
      <w:bookmarkEnd w:id="0"/>
      <w:r w:rsidRPr="00182EDC">
        <w:rPr>
          <w:b/>
          <w:sz w:val="28"/>
          <w:szCs w:val="28"/>
        </w:rPr>
        <w:t>ÎNȘTIINȚARE</w:t>
      </w:r>
    </w:p>
    <w:p w14:paraId="1643D012" w14:textId="77777777" w:rsidR="00A11ECC" w:rsidRDefault="00403698">
      <w:pPr>
        <w:spacing w:after="120"/>
        <w:jc w:val="center"/>
      </w:pPr>
      <w:r>
        <w:rPr>
          <w:sz w:val="19"/>
        </w:rPr>
        <w:t>privind începerea execuției lucrărilor</w:t>
      </w:r>
    </w:p>
    <w:p w14:paraId="4291F9D6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Default="00403698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11ECC" w:rsidRPr="00182EDC" w14:paraId="37740068" w14:textId="77777777" w:rsidTr="00CD5855">
        <w:trPr>
          <w:cantSplit/>
          <w:trHeight w:val="510"/>
        </w:trPr>
        <w:tc>
          <w:tcPr>
            <w:tcW w:w="9636" w:type="dxa"/>
          </w:tcPr>
          <w:p w14:paraId="48BA2405" w14:textId="77777777" w:rsidR="00A11ECC" w:rsidRPr="00E6757A" w:rsidRDefault="00403698" w:rsidP="00CD5855">
            <w:pPr>
              <w:keepNext/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>Instituția</w:t>
            </w:r>
          </w:p>
          <w:p w14:paraId="00B15837" w14:textId="544A0A83" w:rsidR="003B238F" w:rsidRPr="005A1E13" w:rsidRDefault="003B238F" w:rsidP="00CD5855">
            <w:pPr>
              <w:keepNext/>
              <w:rPr>
                <w:color w:val="000000" w:themeColor="text1"/>
                <w:sz w:val="22"/>
                <w:lang w:val="fr-FR"/>
              </w:rPr>
            </w:pPr>
            <w:r w:rsidRPr="00310E6F">
              <w:rPr>
                <w:color w:val="000000" w:themeColor="text1"/>
                <w:sz w:val="22"/>
                <w:lang w:val="fr-FR"/>
              </w:rPr>
              <w:t xml:space="preserve">Președintele </w:t>
            </w:r>
            <w:r w:rsidRPr="00310E6F">
              <w:rPr>
                <w:sz w:val="22"/>
              </w:rPr>
              <w:t>Consiliului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Județean Bacău</w:t>
            </w:r>
          </w:p>
          <w:p w14:paraId="5641DACE" w14:textId="77777777" w:rsidR="00A11ECC" w:rsidRPr="00E6757A" w:rsidRDefault="00A11ECC" w:rsidP="00CD5855">
            <w:pPr>
              <w:keepNext/>
              <w:rPr>
                <w:lang w:val="fr-FR"/>
              </w:rPr>
            </w:pPr>
          </w:p>
        </w:tc>
      </w:tr>
      <w:tr w:rsidR="00A11ECC" w:rsidRPr="00182EDC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77777777" w:rsidR="00A11ECC" w:rsidRPr="00E6757A" w:rsidRDefault="00403698">
            <w:pPr>
              <w:spacing w:line="228" w:lineRule="auto"/>
              <w:rPr>
                <w:lang w:val="fr-FR"/>
              </w:rPr>
            </w:pPr>
            <w:r w:rsidRPr="00E6757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3FD1D3DB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Default="00403698">
            <w:pPr>
              <w:keepNext/>
            </w:pPr>
            <w:r w:rsidRPr="00E6757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11ECC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5C36B89" w14:textId="77777777" w:rsidR="00A11ECC" w:rsidRDefault="00A11ECC">
            <w:pPr>
              <w:keepNext/>
            </w:pPr>
          </w:p>
        </w:tc>
        <w:tc>
          <w:tcPr>
            <w:tcW w:w="4015" w:type="dxa"/>
            <w:gridSpan w:val="3"/>
          </w:tcPr>
          <w:p w14:paraId="75015164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4E9C5560" w14:textId="77777777" w:rsidR="00A11ECC" w:rsidRDefault="00A11ECC">
            <w:pPr>
              <w:keepNext/>
            </w:pPr>
          </w:p>
        </w:tc>
      </w:tr>
      <w:tr w:rsidR="00A11ECC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Default="00403698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11ECC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DE6E8D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5E7E72CA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6A505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5"/>
          </w:tcPr>
          <w:p w14:paraId="7DF59165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0D7D510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0315ACF2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1986321" w14:textId="77777777" w:rsidR="00A11ECC" w:rsidRDefault="00A11ECC">
            <w:pPr>
              <w:keepNext/>
            </w:pPr>
          </w:p>
        </w:tc>
      </w:tr>
      <w:tr w:rsidR="00A11ECC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Default="00403698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11ECC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2501A06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4"/>
          </w:tcPr>
          <w:p w14:paraId="660341FA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606FFF2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75959E82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7EED8E4" w14:textId="77777777" w:rsidR="00A11ECC" w:rsidRDefault="00A11ECC">
            <w:pPr>
              <w:keepNext/>
            </w:pPr>
          </w:p>
        </w:tc>
      </w:tr>
      <w:tr w:rsidR="00A11ECC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9EA4587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B7A03A3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2EA7BE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489F1D5C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B363C39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AB11C78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79DDF3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E882C1A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91097FF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2CA3CE1B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326ABB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1D955C86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60B5581" w14:textId="77777777" w:rsidR="00A11ECC" w:rsidRDefault="00A11ECC">
            <w:pPr>
              <w:keepNext/>
            </w:pPr>
          </w:p>
        </w:tc>
      </w:tr>
      <w:tr w:rsidR="00A11ECC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Default="00403698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11ECC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Default="00403698">
            <w:r>
              <w:rPr>
                <w:b/>
                <w:color w:val="0D5F78"/>
              </w:rPr>
              <w:t>Telefon / fax</w:t>
            </w:r>
          </w:p>
          <w:p w14:paraId="0187BF30" w14:textId="77777777" w:rsidR="00A11ECC" w:rsidRDefault="00A11ECC"/>
        </w:tc>
        <w:tc>
          <w:tcPr>
            <w:tcW w:w="5621" w:type="dxa"/>
            <w:gridSpan w:val="5"/>
          </w:tcPr>
          <w:p w14:paraId="4FBE455D" w14:textId="77777777" w:rsidR="00A11ECC" w:rsidRDefault="00403698">
            <w:r>
              <w:rPr>
                <w:b/>
                <w:color w:val="0D5F78"/>
              </w:rPr>
              <w:t>E-mail</w:t>
            </w:r>
          </w:p>
          <w:p w14:paraId="5177F214" w14:textId="77777777" w:rsidR="00A11ECC" w:rsidRDefault="00A11ECC"/>
        </w:tc>
      </w:tr>
    </w:tbl>
    <w:p w14:paraId="5C86987D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182EDC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E6757A" w:rsidRDefault="00403698">
            <w:pPr>
              <w:keepNext/>
              <w:rPr>
                <w:lang w:val="fr-FR"/>
              </w:rPr>
            </w:pPr>
            <w:r w:rsidRPr="00E6757A">
              <w:rPr>
                <w:b/>
                <w:sz w:val="16"/>
                <w:lang w:val="fr-FR"/>
              </w:rPr>
              <w:t xml:space="preserve"> 3. </w:t>
            </w:r>
            <w:r w:rsidRPr="00E6757A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11ECC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0DB982C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4369B01E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8964A76" w14:textId="77777777" w:rsidR="00A11ECC" w:rsidRDefault="00A11ECC">
            <w:pPr>
              <w:keepNext/>
            </w:pPr>
          </w:p>
        </w:tc>
        <w:tc>
          <w:tcPr>
            <w:tcW w:w="5621" w:type="dxa"/>
          </w:tcPr>
          <w:p w14:paraId="48B3695B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25DDB5C1" w14:textId="77777777" w:rsidR="00A11ECC" w:rsidRDefault="00A11ECC">
            <w:pPr>
              <w:keepNext/>
            </w:pPr>
          </w:p>
        </w:tc>
      </w:tr>
      <w:tr w:rsidR="00A11ECC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Default="00403698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182EDC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E6757A" w:rsidRDefault="00403698">
            <w:pPr>
              <w:keepNext/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>Denumirea lucrării, capacitatea și categoria de lucrări din autorizație</w:t>
            </w:r>
          </w:p>
          <w:p w14:paraId="109F0125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Default="00403698">
            <w:r>
              <w:rPr>
                <w:b/>
                <w:color w:val="0D5F78"/>
              </w:rPr>
              <w:t>în valoare de (lei)</w:t>
            </w:r>
          </w:p>
          <w:p w14:paraId="1A278680" w14:textId="77777777" w:rsidR="00A11ECC" w:rsidRDefault="00A11ECC"/>
        </w:tc>
      </w:tr>
    </w:tbl>
    <w:p w14:paraId="63EF26CC" w14:textId="77777777" w:rsidR="00A11ECC" w:rsidRDefault="00A11ECC">
      <w:pPr>
        <w:spacing w:line="168" w:lineRule="auto"/>
      </w:pPr>
    </w:p>
    <w:p w14:paraId="504C3BAB" w14:textId="7646A303" w:rsidR="00A11ECC" w:rsidRPr="00182EDC" w:rsidRDefault="00E6757A" w:rsidP="00E6757A">
      <w:pPr>
        <w:tabs>
          <w:tab w:val="center" w:pos="4819"/>
          <w:tab w:val="left" w:pos="7608"/>
        </w:tabs>
        <w:spacing w:before="140" w:after="40"/>
        <w:rPr>
          <w:sz w:val="28"/>
          <w:szCs w:val="28"/>
        </w:rPr>
      </w:pPr>
      <w:r>
        <w:rPr>
          <w:b/>
          <w:sz w:val="34"/>
        </w:rPr>
        <w:tab/>
      </w:r>
      <w:r w:rsidRPr="00182EDC">
        <w:rPr>
          <w:b/>
          <w:sz w:val="28"/>
          <w:szCs w:val="28"/>
        </w:rPr>
        <w:t>ADUC LA CUNOȘTINȚĂ</w:t>
      </w:r>
      <w:r w:rsidRPr="00182EDC">
        <w:rPr>
          <w:b/>
          <w:sz w:val="28"/>
          <w:szCs w:val="28"/>
        </w:rPr>
        <w:tab/>
      </w:r>
    </w:p>
    <w:p w14:paraId="1799DE9F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Default="00403698">
            <w:r>
              <w:rPr>
                <w:b/>
                <w:color w:val="0D5F78"/>
              </w:rPr>
              <w:t>Că la data de</w:t>
            </w:r>
          </w:p>
          <w:p w14:paraId="2A3EFF1D" w14:textId="77777777" w:rsidR="00A11ECC" w:rsidRDefault="00A11ECC"/>
        </w:tc>
        <w:tc>
          <w:tcPr>
            <w:tcW w:w="1606" w:type="dxa"/>
          </w:tcPr>
          <w:p w14:paraId="4DCDBC6C" w14:textId="77777777" w:rsidR="00A11ECC" w:rsidRDefault="00403698">
            <w:r>
              <w:rPr>
                <w:b/>
                <w:color w:val="0D5F78"/>
              </w:rPr>
              <w:t>ora</w:t>
            </w:r>
          </w:p>
          <w:p w14:paraId="68C2609C" w14:textId="77777777" w:rsidR="00A11ECC" w:rsidRDefault="00A11ECC"/>
        </w:tc>
        <w:tc>
          <w:tcPr>
            <w:tcW w:w="5621" w:type="dxa"/>
          </w:tcPr>
          <w:p w14:paraId="040137A9" w14:textId="77777777" w:rsidR="00A11ECC" w:rsidRPr="00E6757A" w:rsidRDefault="00403698">
            <w:pPr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>vor începe lucrările de construcții autorizate</w:t>
            </w:r>
          </w:p>
          <w:p w14:paraId="3DC112F4" w14:textId="77777777" w:rsidR="00A11ECC" w:rsidRDefault="00403698">
            <w:r>
              <w:rPr>
                <w:i/>
                <w:color w:val="7A7A7A"/>
              </w:rPr>
              <w:t>pentru imobilul de mai jos</w:t>
            </w:r>
          </w:p>
          <w:p w14:paraId="3300FC33" w14:textId="77777777" w:rsidR="00A11ECC" w:rsidRDefault="00A11ECC"/>
        </w:tc>
      </w:tr>
    </w:tbl>
    <w:p w14:paraId="432CEB30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14:paraId="26100B2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Default="00403698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11ECC" w14:paraId="7ACF282A" w14:textId="77777777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Default="00403698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11ECC" w14:paraId="049C915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010FC309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54B9E1A5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7A126BAD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2FB9D75E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787ED05" w14:textId="77777777" w:rsidR="00A11ECC" w:rsidRDefault="00A11ECC">
            <w:pPr>
              <w:keepNext/>
            </w:pPr>
          </w:p>
        </w:tc>
      </w:tr>
      <w:tr w:rsidR="00A11ECC" w14:paraId="36DAE126" w14:textId="77777777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7B4C970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3"/>
          </w:tcPr>
          <w:p w14:paraId="3DA08EA7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38D62A6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20E6D2B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E7EF5EB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57AD1668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6416C0C" w14:textId="77777777" w:rsidR="00A11ECC" w:rsidRDefault="00A11ECC">
            <w:pPr>
              <w:keepNext/>
            </w:pPr>
          </w:p>
        </w:tc>
      </w:tr>
      <w:tr w:rsidR="00A11ECC" w14:paraId="4C590D1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E6757A" w:rsidRDefault="00403698">
            <w:pPr>
              <w:keepNext/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>Număr cadastral</w:t>
            </w:r>
          </w:p>
          <w:p w14:paraId="3BE30373" w14:textId="77777777" w:rsidR="00A11ECC" w:rsidRPr="00E6757A" w:rsidRDefault="00403698">
            <w:pPr>
              <w:keepNext/>
              <w:rPr>
                <w:lang w:val="fr-FR"/>
              </w:rPr>
            </w:pPr>
            <w:r w:rsidRPr="00E6757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0F081BC3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Default="00403698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202F2988" w14:textId="77777777" w:rsidR="00A11ECC" w:rsidRDefault="00A11ECC">
            <w:pPr>
              <w:keepNext/>
            </w:pPr>
          </w:p>
        </w:tc>
      </w:tr>
    </w:tbl>
    <w:p w14:paraId="30B8E0EC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11ECC" w14:paraId="031C2B4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F999CAB" w14:textId="77777777" w:rsidR="00A11ECC" w:rsidRDefault="00403698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11ECC" w14:paraId="70317068" w14:textId="77777777">
        <w:trPr>
          <w:cantSplit/>
          <w:trHeight w:val="510"/>
        </w:trPr>
        <w:tc>
          <w:tcPr>
            <w:tcW w:w="1606" w:type="dxa"/>
          </w:tcPr>
          <w:p w14:paraId="6AB536DB" w14:textId="77777777" w:rsidR="00A11ECC" w:rsidRDefault="00403698">
            <w:r>
              <w:rPr>
                <w:b/>
                <w:color w:val="0D5F78"/>
              </w:rPr>
              <w:t>Data</w:t>
            </w:r>
          </w:p>
          <w:p w14:paraId="45065743" w14:textId="77777777" w:rsidR="00A11ECC" w:rsidRDefault="00A11ECC"/>
        </w:tc>
        <w:tc>
          <w:tcPr>
            <w:tcW w:w="4818" w:type="dxa"/>
          </w:tcPr>
          <w:p w14:paraId="1F4E7ECE" w14:textId="77777777" w:rsidR="00A11ECC" w:rsidRDefault="00403698">
            <w:r>
              <w:rPr>
                <w:b/>
                <w:color w:val="0D5F78"/>
              </w:rPr>
              <w:t>Titularul autorizației</w:t>
            </w:r>
          </w:p>
          <w:p w14:paraId="21637A08" w14:textId="77777777" w:rsidR="00A11ECC" w:rsidRDefault="00A11ECC"/>
        </w:tc>
        <w:tc>
          <w:tcPr>
            <w:tcW w:w="3212" w:type="dxa"/>
          </w:tcPr>
          <w:p w14:paraId="004D4C8B" w14:textId="77777777" w:rsidR="00A11ECC" w:rsidRDefault="00403698">
            <w:r>
              <w:rPr>
                <w:b/>
                <w:color w:val="0D5F78"/>
              </w:rPr>
              <w:t>Semnătura</w:t>
            </w:r>
          </w:p>
          <w:p w14:paraId="307E167C" w14:textId="77777777" w:rsidR="00A11ECC" w:rsidRDefault="00A11ECC"/>
        </w:tc>
      </w:tr>
    </w:tbl>
    <w:p w14:paraId="33B23A72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182EDC" w14:paraId="5723B871" w14:textId="77777777">
        <w:trPr>
          <w:cantSplit/>
        </w:trPr>
        <w:tc>
          <w:tcPr>
            <w:tcW w:w="9636" w:type="dxa"/>
            <w:shd w:val="clear" w:color="auto" w:fill="F4F4F4"/>
          </w:tcPr>
          <w:p w14:paraId="5778FA35" w14:textId="77777777" w:rsidR="00A11ECC" w:rsidRPr="00E6757A" w:rsidRDefault="00403698">
            <w:pPr>
              <w:spacing w:line="228" w:lineRule="auto"/>
              <w:rPr>
                <w:lang w:val="fr-FR"/>
              </w:rPr>
            </w:pPr>
            <w:r w:rsidRPr="00E6757A">
              <w:rPr>
                <w:lang w:val="fr-FR"/>
              </w:rPr>
              <w:t>Formularul se anexează la autorizația de construire / desființare în două exemplare. Titularul autorizației este obligat să păstreze pe șantier un exemplar al acestei înștiințări, cu numărul și data înregistrării la autoritatea emitentă.</w:t>
            </w:r>
          </w:p>
        </w:tc>
      </w:tr>
    </w:tbl>
    <w:p w14:paraId="1067A431" w14:textId="77777777" w:rsidR="00A11ECC" w:rsidRPr="00E6757A" w:rsidRDefault="00A11ECC">
      <w:pPr>
        <w:spacing w:line="168" w:lineRule="auto"/>
        <w:rPr>
          <w:lang w:val="fr-FR"/>
        </w:rPr>
      </w:pPr>
    </w:p>
    <w:sectPr w:rsidR="00A11ECC" w:rsidRPr="00E6757A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9B899" w14:textId="77777777" w:rsidR="00870DAF" w:rsidRDefault="00870DAF">
      <w:r>
        <w:separator/>
      </w:r>
    </w:p>
  </w:endnote>
  <w:endnote w:type="continuationSeparator" w:id="0">
    <w:p w14:paraId="5DFFB981" w14:textId="77777777" w:rsidR="00870DAF" w:rsidRDefault="0087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FAD8D" w14:textId="1517F63C" w:rsidR="00A11ECC" w:rsidRDefault="00403698">
    <w:pPr>
      <w:pStyle w:val="Footer"/>
      <w:tabs>
        <w:tab w:val="right" w:pos="9639"/>
      </w:tabs>
    </w:pPr>
    <w:r>
      <w:rPr>
        <w:color w:val="595959"/>
      </w:rPr>
      <w:t>F_A_0</w:t>
    </w:r>
    <w:r w:rsidR="00182EDC">
      <w:rPr>
        <w:color w:val="595959"/>
      </w:rPr>
      <w:t>8</w:t>
    </w:r>
    <w:r>
      <w:rPr>
        <w:color w:val="595959"/>
      </w:rPr>
      <w:t xml:space="preserve">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CD585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CD5855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4B960" w14:textId="77777777" w:rsidR="00870DAF" w:rsidRDefault="00870DAF">
      <w:r>
        <w:separator/>
      </w:r>
    </w:p>
  </w:footnote>
  <w:footnote w:type="continuationSeparator" w:id="0">
    <w:p w14:paraId="2803A650" w14:textId="77777777" w:rsidR="00870DAF" w:rsidRDefault="00870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01C0"/>
    <w:rsid w:val="00123DA8"/>
    <w:rsid w:val="0015074B"/>
    <w:rsid w:val="00182EDC"/>
    <w:rsid w:val="001F772B"/>
    <w:rsid w:val="0029639D"/>
    <w:rsid w:val="00326F90"/>
    <w:rsid w:val="003B238F"/>
    <w:rsid w:val="00403698"/>
    <w:rsid w:val="006C103E"/>
    <w:rsid w:val="00870DAF"/>
    <w:rsid w:val="00A11ECC"/>
    <w:rsid w:val="00AA1D8D"/>
    <w:rsid w:val="00B47730"/>
    <w:rsid w:val="00CB0664"/>
    <w:rsid w:val="00CD5855"/>
    <w:rsid w:val="00E61A6B"/>
    <w:rsid w:val="00E675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jbacau@c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118F05-EC6F-4DAA-A299-09F4B98D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Munteanu</dc:creator>
  <cp:keywords/>
  <cp:lastModifiedBy>Cornelia Munteanu</cp:lastModifiedBy>
  <cp:revision>3</cp:revision>
  <dcterms:created xsi:type="dcterms:W3CDTF">2026-08-31T08:03:00Z</dcterms:created>
  <dcterms:modified xsi:type="dcterms:W3CDTF">2026-08-31T08:12:00Z</dcterms:modified>
  <cp:category/>
</cp:coreProperties>
</file>